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תצפית: לילה אחד מתחת לכוכבים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והעובדות המדעיות ביומן התצפית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באסטרונומיה: ירח, כוכבי לכת, גלקסיה, זיהום 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שם המספר ושורשים מתוך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במוצאי 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שהעיניים יתרגלו לחושך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במדבר, בלילה, עושה קר מאוד.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הירח היה חרמש דק נמוך במערב.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עם טלסקופים לצפייה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(מכשיר עם שתי עיניות שמקרב עצמים רחוקים)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(בורות גדולים ועגולים על פני הירח)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(אור מלאכותי שמסתיר את הכוכבים בשמיים)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אירועי היומן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המשפחה אורזת מעיל ומשקפת לקראת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יורדים מהאוטו ומחכים שהעיניים יתרגלו לחושך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בבית, מסתכלים מהמרפסת עם המשקפת של סבא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לשון: שם המספר ושורשים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עשרים ושלושה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שנים עשר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יומן אישי קצר עם תיאור חושי של תצפית בשמיים, שפה עניינית ורגש אישי.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כוכב לכת סובב כוכב, כוכב מייצר אור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 מלאכותי מהעיר מסתיר כוכבים חלשים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האור מגיע מרחוק אחרי זמן רב, אז רואים אותו כפי שהיה בעבר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הטקסט בקול ולעצור בכל תאריך כדי לוודא הבנה כרונולוגית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להשמיט את הפריטים המסומנים skip_n בהוראה מותאמת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הלשון מתאים לחיזוק שורשים ושם המספר שנלמדו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תצפית: לילה אחד מתחת לכוכבים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ביומן הזה בת/בן נוער מתארת טיול למצפה כוכבים במדבר, ומה שהיא רואה ולומדת שם על הירח, כוכבי הלכת והכוכבים הנופלים.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שנים עשר  ·  עשרים ושלושה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יצאה המשפחה למצפה הכוכבים?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ביום 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במוצאי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אילנה ביקשה לכבות את הטלפונים?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שהעיניים יתרגלו לחושך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לחסוך סוללה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לא להפריע 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המדריכה ביקשה להביא מעיל למרות שזה אוגוסט.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הירח שראו בטלסקופ היה מלא ועגול.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מצפה 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מכשיר עם שתי עיניות שמקרב עצמים רחוקים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משקפת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בורות גדולים ועגולים על פני הירח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מכתשים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אור מלאכותי שמסתיר את הכוכבים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זיהום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מקום עם טלסקופים לצפייה בשמיים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אירועי היומן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יורדים מהאוטו ומחכים שהעיניים יתרגלו לחושך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המשפחה אורזת מעיל ומשקפת לקראת הנסיעה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בבית, מסתכלים מהמרפסת עם המשקפת של סבא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לשון: שם המספר ושורשים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תוך שעה אחת ראיתי __________ כוכבים נופלים.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ספרתי __________ כוכבים, אולי ארבעה עשר.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כִּתבו שלוש שורות ביומן אישי המתארות דבר מעניין שראיתם בשמיים (אמיתי או מדומיין).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כוכב לכת לכוכב רגיל שהופיע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זיהום אור, ואיך הוא משפיע על מה שרואים בשמיים?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יומן תצפית: לילה אחד מתחת לכוכבים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