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תצפית: לילה אחד מתחת לכוכבים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והעובדות המדעיות ביומן התצפית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באסטרונומיה: ירח, כוכבי לכת, גלקסיה, זיהום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ושורשים מתוך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במוצאי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שהעיניים יתרגלו לחושך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ארבעה ירחים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גלילאו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גרגרי אבק משביט שנשרפים באוויר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במדבר, בלילה, עושה קר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הירח היה חרמש דק נמוך במערב.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הסבירה אילנה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האור יצא לדרך לפני כשני מיליון וחצי 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עם טלסקופים לצפייה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(מכשיר עם שתי עיניות שמקרב עצמים רחוקים)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(בורות גדולים ועגולים על פני הירח)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(פס ארוך שנשאר מאחורי משהו שזז)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(אור מלאכותי שמסתיר את הכוכבים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אירועי היומן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 אורזת מעיל ומשקפת לקראת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יורדים מהאוטו ומחכים שהעיניים יתרגלו לחושך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בטלסקופ על הירח, צדק ושבתאי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שוכבים על השמיכות וסופרים כוכבים נופלים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בבית, מסתכלים מהמרפסת עם המשקפת של סבא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שם המספר ושורשים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עשרים ושלושה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שנים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3. 1610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שק״ף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אישי קצר עם תיאור חושי של תצפית בשמיים, שפה עניינית ורגש אישי.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האור מגיע מעצמים רחוקים אחרי זמן רב, כך שכאשר מסתכלים בשמיים רואים בעצם את העבר.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 לכת סובב כוכב, כוכב מייצר אור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מלאכותי מהעיר מסתיר כוכבים חלשים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מגיע מרחוק אחרי זמן רב, אז רואים אותו כפי שהיה בעבר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בקול ולעצור בכל תאריך כדי לוודא הבנה כרונולוגית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skip_n בהוראה מותאמת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הלשון מתאים לחיזוק שורשים ושם המספר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תצפית: לילה אחד מתחת לכוכבים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ילדה כותבת יומן על טיול למצפה כוכבים. היא רואה את הירח, כוכבי לכת וכוכבים נופלים, ולומדת דברים חדשים על השמיים.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מצפה כוכבים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טלסקופים לצפייה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שתי עיניות, מקרב עצמים רחוקים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בצבע לבן־עכור, כמו חלב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קשת דקה, כמו הירח בתחילת החודש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בורות גדולים ועגולים על פני הירח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 ארוך שנשאר מאחורי משהו שזז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זיהום 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מלאכותי שמסתיר את הכוכבים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גלקסיה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ענקית של מיליארדי כוכבים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הם הלכו למצפה הכוכבים?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במוצאי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לכבות את הטלפון לפני התצפית?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שהעיניים יתרגלו לחושך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לחסוך סוללה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להפריע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לצלם רק עם 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ראו ליד צדק?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 ירחים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כתם אדום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גילה את הירחים של צדק?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גלילאו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באמת יוצר את הקו של האור בשמיים?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גרגרי אבק משביט שנשרפים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כוכבים אמיתיים שנופלים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חלקים מהטלסקופ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עננים זוהרים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המדריכה ביקשה להביא מעיל למרות שזה אוגוסט.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הירח שראו בטלסקופ היה מלא ועגול.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אדום בפנס לא מפריע להתרגלות העיניים לחושך.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 מהגלקסיה השכנה שרואים הגיע אלינו ממש כרגע.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מצפה 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מכשיר עם שתי עיניות שמקרב עצמים רחוקים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 ארוך שנשאר מאחורי משהו שזז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מלאכותי שמסתיר את הכוכבים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עם טלסקופים לצפייה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בורות גדולים ועגולים על פני הירח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אירועי היומן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בבית, מסתכלים מהמרפסת עם המשקפת של סבא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בטלסקופ על הירח, צדק ושבתאי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 ומחכים שהעיניים יתרגלו לחושך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אורזת מעיל ומשקפת לקראת הנסיעה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שוכבים על השמיכות וסופרים כוכבים נופלים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שם המספר ושורשים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תוך שעה אחת ראיתי __________ כוכבים נופלים.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ספרתי __________ כוכבים, אולי ארבעה עשר.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גלילאו ראה את ירחי צדק כבר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'התרגלות' נגזרת מהשורש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'משקפת' נגזרת מהשורש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שלוש שורות ביומן אישי המתארות דבר מעניין שראיתם בשמיים (אמיתי או מדומיין).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אפשר לומר שאסטרונומים הם כמו 'היסטוריונים של השמיים'.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כוכב לכת לכוכב רגיל שהופיע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זיהום אור, ואיך הוא משפיע על מה שרואים בשמיים?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שמסביר למה אפשר לומר שמסתכלים בשמיים זה כמו להסתכל אחורה בזמן.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תצפית: לילה אחד מתחת לכוכבים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